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patologicky diagnostikovanej steatohepatitídy spojenej s metabolickou dysfunkciou na výsledky chudnutia po rukávovej gastrektómii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skúmala vplyv predoperačne diagnostikovanej steatohepatitídy spojenej s metabolickou dysfunkciou (MASH) na výsledky chudnutia po laparoskopickej rukávovej gastrektómii (LSG) u 226 pacientov s obezitou, ktorí podstúpili aj intraoperačnú biopsiu pečene. Predoperačný index telesnej hmotnosti (BMI) a prítomnosť MASH boli nezávislými negatívnymi prediktormi percentuálneho nadmerného úbytku hmotnosti (%EWL) a percentuálneho celkového úbytku hmotnosti (%TWL) s P &lt; 0,01. Pooperačný %EWL sa medzi pacientmi s MASH a bez MASH líšil až o 28,9 %. Pacienti s predoperačnou MASH dosiahli signifikantne nižšiu kumulatívnu incidenciu 80 % EWL do 1 roka po operácii (χ² = 35,17, P &lt; 0,05, HR = 2,058). Analýzy zahŕňali jednorozmerné, viacrozmerné a všeobecné lineárne modely na porovnanie trajektórií úbytku hmotnosti, ako aj Kaplan-Meierovu analýzu. Predoperačná MASH je významne spojená s nižším pooperačným úbytkom hmotnosti a oneskorením dosiahnutia uspokojivých výsledkov chudnutia v prvom roku po operácii.</w:t>
      </w:r>
    </w:p>
    <w:p/>
    <w:p>
      <w:pPr>
        <w:jc w:val="center"/>
      </w:pPr>
      <w:r>
        <w:t>Vygenerované: 10.03.2026 07:46:25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