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Hodnotenie účinnosti tukovej frakcie získanej z ultrazvuku pri predpovedaní závažnosti žien so syndrómom polycystických ovárií a obezitou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Štúdia skúmala, či je možné použiť tukovú frakciu zistenú ultrazvukom (UDFF) na predpovedanie závažnosti PCOS u žien s obezitou. Výskum zahŕňal 103 žien s PCOS a obezitou a 108 žien len s obezitou bez PCOS. Ženy s PCOS a obezitou mali signifikantne vyššie hodnoty UDFF, počet folikulov, hladiny LH hormónu a ukazovatele prekrvenia vaječníkov v porovnaní s kontrolnou skupinou. Logistická regresná analýza odhalila, že UDFF spolu s ďalšími faktormi (SWV, VFI, RI a LDL) sú nezávislými rizikovými faktormi pre PCOS s obezitou, pričom presnosť predpovedania dosiahla 91,3 %. UDFF vykazoval koreláciu s metabolizmom glukózy a lipidov, hladinami pohlavných hormónov, morfológiou vaječníkov a hemodynamickými parametrami. Výsledky naznačujú, že UDFF môže do určitej miery slúžiť na predpovedanie závažnosti PCOS u obéznych žien.</w:t>
      </w:r>
    </w:p>
    <w:p/>
    <w:p>
      <w:pPr>
        <w:jc w:val="center"/>
      </w:pPr>
      <w:r>
        <w:t>Vygenerované: 10.03.2026 07:47:08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