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Stanfordskí vedci tvrdia, že farbosleposť môže skrývať smrteľné varovanie pred rakovinou močového mechúra</w:t>
      </w:r>
    </w:p>
    <w:p>
      <w:r>
        <w:t>Zdroj: ScienceDaily Health</w:t>
      </w:r>
    </w:p>
    <w:p>
      <w:r>
        <w:t>Publikované: Tue, 10 Mar 2026 01:49:43 EDT</w:t>
      </w:r>
    </w:p>
    <w:p/>
    <w:p>
      <w:pPr>
        <w:pStyle w:val="Heading1"/>
      </w:pPr>
      <w:r>
        <w:t>Súhrn</w:t>
      </w:r>
    </w:p>
    <w:p>
      <w:r>
        <w:t>Stanfordskí vedci analyzovali milióny lekárskych záznamov a zistili, že ľudia s rakovinou močového mechúra a farbosleposťou majú o 52 % vyššiu úmrtnosť za 20 rokov oproti tým s normálnym zrakom[1]. Farbosleposť sťažuje rozlišovanie červenej farby, čo komplikuje spozorovanie krvi v moči[1]. Krv v moči je najčastejší skorý príznak rakoviny močového mechúra, ktorá je v počiatočných štádiách zvyčajne bezbolestná[1]. U pacientov s farbosleposťou sa ochorenie diagnostikuje v pokročilejšom štádiu[1]. Ak sa rakovina zachytí pred šírením mimo močového mechúra, miera prežitia v nasledujúcich piatich rokoch presahuje 70 %[1]. Pri šírení do orgánov ako pľúca, pečeň alebo kosti klesá na 9 %[1]. Najbežnejšia forma farbosleposti postihuje vnímanie červenej a zelenej farby[1][5].</w:t>
      </w:r>
    </w:p>
    <w:p/>
    <w:p>
      <w:pPr>
        <w:jc w:val="center"/>
      </w:pPr>
      <w:r>
        <w:t>Vygenerované: 10.03.2026 12:00:32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