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NHS zastavuje krížovú liečbu pohlavnými hormónmi pre osoby mladšie ako 18 rokov</w:t>
      </w:r>
    </w:p>
    <w:p>
      <w:r>
        <w:t>Zdroj: BMJ</w:t>
      </w:r>
    </w:p>
    <w:p>
      <w:r>
        <w:t>Publikované: 2026-03-10T03:36:14-07:00</w:t>
      </w:r>
    </w:p>
    <w:p/>
    <w:p>
      <w:pPr>
        <w:pStyle w:val="Heading1"/>
      </w:pPr>
      <w:r>
        <w:t>Súhrn</w:t>
      </w:r>
    </w:p>
    <w:p>
      <w:r>
        <w:t>NHS Anglicko pozastavilo predpisovanie hormónov potvrdzujúcich pohlavie na liečbu rodovej inkongruencie alebo dysfórie u mladých ľudí mladších ako 18 rokov. Rozhodnutie vychádza z preskúmania, ktoré zistilo, že dostupné dôkazy nepodporujú ich použitie. Predtým mohla NHS predpisovať estrogén alebo testosterón spolu s psychologickou podporou 16- a 17-ročným pacientom s klinickou poruchou pohlavia alebo klinickou nezrovnalosťou. Okrem pauzy sa uskutoční 90-dňová verejná konzultácia o odstránení týchto liečebných postupov z NHS ako rutinnej intervencie pre mladých pod 18 rokov. Pacienti, ktorí momentálne dostávajú maskulinizujúce alebo feminizujúce hormóny v NHS, môžu v liečbe pokračovať, ak to schváli ich klinický nezvratný tím. Advokačné skupiny trans označili rozhodnutie za kruté a niektoré zvažujú právne kroky.</w:t>
      </w:r>
    </w:p>
    <w:p/>
    <w:p>
      <w:pPr>
        <w:jc w:val="center"/>
      </w:pPr>
      <w:r>
        <w:t>Vygenerované: 10.03.2026 13:00:33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