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Zakladatelia BioNTech odchádzajú a vytvárajú novú spoločnosť zameranú na mRNA</w:t>
      </w:r>
    </w:p>
    <w:p>
      <w:r>
        <w:t>Zdroj: STAT News</w:t>
      </w:r>
    </w:p>
    <w:p>
      <w:r>
        <w:t>Publikované: Tue, 10 Mar 2026 11:08:14 +0000</w:t>
      </w:r>
    </w:p>
    <w:p/>
    <w:p>
      <w:pPr>
        <w:pStyle w:val="Heading1"/>
      </w:pPr>
      <w:r>
        <w:t>Súhrn</w:t>
      </w:r>
    </w:p>
    <w:p>
      <w:r>
        <w:t>Uğur Sahin a Özlem Türeci, manželský pár a spoluzakladatelia spoločnosti BioNTech, opúšťajú výrobcu vakcín proti Covid-19. Založili novú firmu zameranú na technológiu mRNA. BioNTech je známy vývojom vakcíny proti koronavírusu v spolupráci s Pfizerom. Pár pôvodne viedol výskum na posilnenie imunitnej odpovede proti rakovine. Počas pandémie adaptovali svoje poznatky na vakcínu proti Covid-19. Vakcína bola prvýkrát schválená v EÚ 21. decembra a očkovania v Nemecku začali 27. decembra. Cieľom je zvýšiť produkciu na 1,3 miliardy dávok. Nemecký prezident im udelil Federálny kríž zásluh za prínos v boji proti pandémii.</w:t>
      </w:r>
    </w:p>
    <w:p/>
    <w:p>
      <w:pPr>
        <w:jc w:val="center"/>
      </w:pPr>
      <w:r>
        <w:t>Vygenerované: 10.03.2026 13:00:51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