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účinnosti cvičebnej terapie pri syndróme dráždivého čreva: systematický prehľad a metaanalýza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Syndróm dráždivého čreva (IBS) je funkčná porucha tráviaceho systému s príznakmi ako bolesť brucha, nadúvanie a zmenené črevné návyky, ktorá zhoršuje kvalitu života pacientov. Tradičné liečby ako antispazmodiká a probiotiká majú obmedzenú účinnosť a problémy s dlhodobým dodržiavaním, preto sa skúmajú nefarmakologické stratégie ako cvičenie. Cvičebná terapia je definovaná ako plánovaný, štruktúrovaný a opakovaný program fyzickej aktivity s určeným typom, frekvenciou, intenzitou a trvaním. Systematický prehľad a metaanalýza zahŕňali vyhľadávanie v databázach PubMed, Embase, Web of Science a Ovid do 17. februára 2025, kde z 2142 citácií bolo vybraných 10 štúdií s 437 pacientmi s IBS. Metaanalýza preukázala významnejšie zlepšenie skóre IBS-SSS v cvičebnej skupine oproti kontrole. Účinok na skóre IBS-QOL a úzkosť nebol štatisticky významný. Pohybové intervencie zmierňujú symptómy IBS, no ich vplyv na kvalitu života a úzkosť nie je jasný a chýba štandardizovaný cvičebný predpis. Na overenie účinnosti sú potrebné multicentrické randomizované štúdie so štandardizovaným rámcom.</w:t>
      </w:r>
    </w:p>
    <w:p/>
    <w:p>
      <w:pPr>
        <w:jc w:val="center"/>
      </w:pPr>
      <w:r>
        <w:t>Vygenerované: 10.03.2026 14:00:43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