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Analýza ovplyvňujúcich faktorov vrodenej srdcovej choroby u detí v Luzhou, Čína: štúdia prípadov a kontroly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prípadov a kontroly realizovaná medzi januárom 2020 a januárom 2022 skúmala faktory ovplyvňujúce vrodenú srdcovú chorobu u detí v Luzhou v Číne. Výskum zahŕňal 60 detí do 6 rokov s vrodenými srdcovými chybami a 60 detí bez týchto chýb ako kontrolnú skupinu. Medzi najčastejšie srdcové chyby patrili defekt predsieňového septa (36,67 %), defekt komorového septa (25,00 %), otvorený ductus arteriosus (11,67 %), pľúcna stenóza (6,67 %) a Fallotova tetralógia (5,00 %). Desať percent detí malo dve kombinované srdcové chyby a 3,33 % malo tri kombinované chyby. Štúdia identifikovala tri nezávislé rizikové faktory: rodinná anamnéza vrodenej srdcovej choroby, anamnéza vírusovej infekcie na začiatku tehotenstva a anamnéza liečby na začiatku tehotenstva.</w:t>
      </w:r>
    </w:p>
    <w:p/>
    <w:p>
      <w:pPr>
        <w:jc w:val="center"/>
      </w:pPr>
      <w:r>
        <w:t>Vygenerované: 10.03.2026 14:00:52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