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Výskyt a rizikové faktory pooperačnej nevoľnosti a vracania po torakoskopickej chirurgii s pomocou videa: prospektívna pozorovacia štúdia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V prospektívnej observačnej štúdii na 355 dospelých pacientoch po video-asistovanej torakoskopickej chirurgii (VATS) bol celkový výskyt pooperačnej nevoľnosti a vracania (PONV) do 72 hodín 19,44 % (69/355).[2] PONV sa vyskytla výrazne častejšie u žien (84,06 % prípadov) ako u mužov (15,94 %, P &lt; 0,001).[2] Najvyššia incidencia bola v pooperačnej starostlivosti (PACU) na úrovni 17,96 %, nasledovaná dňom operácie (7,89 %) a pooperačným dňom 1 (POD1, 7,61 %).[2] Incidencia klesla na 0,85 % v POD2 a 1,41 % v POD3, pričom najzávažnejšie epizódy boli v deň operácie (17,86 %) a POD1 (22,22 %).[2] Multivariačná analýza identifikovala štyri nezávislé rizikové faktory: ženské pohlavie, predoperačný blok roviny erector spinae (ESPB), nepodávanie predoperačných steroidov a nízky intraoperačný minimálny priemerný arteriálny tlak (MAP).[2]</w:t>
      </w:r>
    </w:p>
    <w:p/>
    <w:p>
      <w:pPr>
        <w:jc w:val="center"/>
      </w:pPr>
      <w:r>
        <w:t>Vygenerované: 10.03.2026 15:00:31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