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Novo Nordisk varuje FDA za neoznámenie vedľajších účinkov</w:t>
      </w:r>
    </w:p>
    <w:p>
      <w:r>
        <w:t>Zdroj: STAT News</w:t>
      </w:r>
    </w:p>
    <w:p>
      <w:r>
        <w:t>Publikované: Tue, 10 Mar 2026 14:51:35 +0000</w:t>
      </w:r>
    </w:p>
    <w:p/>
    <w:p>
      <w:pPr>
        <w:pStyle w:val="Heading1"/>
      </w:pPr>
      <w:r>
        <w:t>Súhrn</w:t>
      </w:r>
    </w:p>
    <w:p>
      <w:r>
        <w:t>FDA varovala spoločnosť Novo Nordisk za nesprávne praktiky súvisiace s hlásením vedľajších účinkov.[1] Ide o tretíkrát za posledné týždne, kedy FDA napomenula Novo Nordisk.[1] Okrem toho FDA poslala varovné listy 30 telehealth firmám za zavádzajúce tvrdenia o kompaundovaných verziách GLP-1 liekov, vrátane semaglutidu od Novo Nordisk.[2] Tieto firmy označovali produkty ako „generické Zepbound“ alebo „generické Mounjaro“ bez označenia, že ide o kompaundované lieky.[2] FDA zdôraznila, že kompaundované lieky nie sú schválené a nie sú rovnaké ako generiká.[2] Firmy musia odpovedať písomne do 15 pracovných dní.[2] Ide o druhú vlnu varovných listov od septembra, pričom za posledných šesť mesiacov ich FDA poslala tisíce, viac ako za celé predchádzajúce desaťročie.[2] Akcie Novo Nordisk klesli takmer o 1 % po varovaní FDA ohľadom zavádzajúcich tvrdení v reklame na Ozempic.[4]</w:t>
      </w:r>
    </w:p>
    <w:p/>
    <w:p>
      <w:pPr>
        <w:jc w:val="center"/>
      </w:pPr>
      <w:r>
        <w:t>Vygenerované: 10.03.2026 16:00:51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