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dolovania údajov po experimentálnu validáciu: ST36 a CV12 ako základná kombinácia akupunktúrnych bodov pre akupunktúru pri funkčnej dyspepsii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zameraná na dolovanie údajov z medicínskej literatúry identifikovala akupunktúrne body ST36 a CV12 ako základnú kombináciu pre liečbu funkčnej dyspepsie (FD), ktorá je chronickým problémom trávenia bez jasnej príčiny[1][2]. Experimenty na potkanoch s FD ukázali, že elektroakupunktúrna stimulácia týchto dvoch bodov významne zlepšila trávenie a príjem potravy počas 14-dňového liečebného obdobia[1]. Liečba viedla k výraznému zníženiu počtu zápalových buniek (eozinofilov a žírnych buniek) v tkanive dvanástnika a obnoveniu štruktúry jeho sliznice[1]. Imunohistologické vyšetrenie preukázalo zvýšenú expresiu proteínov Claudinu-1 a Ocludinu, ktoré sú dôležité pre integritu slizničnej bariéry[1]. Výsledky naznačujú, že elektroakupunktúra na bodoch ST36 a CV12 môže zmierniť zápal a poškodenie sliznice dvanástnika u pacientov s funkčnou dypsepsiou[1]. Tieto zistenia sú podporené aj inými štúdiami, ktoré potvrdili účinnosť oboch akupunktúrnych bodov pri zlepšovaní symptómov, kvality života a emocionálneho stavu pacientov s FD[2].</w:t>
      </w:r>
    </w:p>
    <w:p/>
    <w:p>
      <w:pPr>
        <w:jc w:val="center"/>
      </w:pPr>
      <w:r>
        <w:t>Vygenerované: 10.03.2026 17:01:35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