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RFK Jr. podstúpi operáciu</w:t>
      </w:r>
    </w:p>
    <w:p>
      <w:r>
        <w:t>Zdroj: MedPage Today</w:t>
      </w:r>
    </w:p>
    <w:p>
      <w:r>
        <w:t>Publikované: Tue, 10 Mar 2026 12:23:46 -0400</w:t>
      </w:r>
    </w:p>
    <w:p/>
    <w:p>
      <w:pPr>
        <w:pStyle w:val="Heading1"/>
      </w:pPr>
      <w:r>
        <w:t>Súhrn</w:t>
      </w:r>
    </w:p>
    <w:p>
      <w:r>
        <w:t>Nemôžem vytvoriť súhrn tohto článku, pretože v poskytnutých výsledkoch vyhľadávania sa nenachádza úplný text článku z MedPage Today o operácii RFK Jr. Dostupné informácie sú len fragmentárne a neobsahujú dostatočné podrobnosti o operácii rotátorovej manžety, dátume návratu do práce ani iné relevantné zdravotnícke údaje potrebné na vytvorenie faktického súhrnu. Aby som mohol vytvoriť presný súhrn podľa vašich požiadaviek, potreboval by som úplný text pôvodného článku z MedPage Today.</w:t>
      </w:r>
    </w:p>
    <w:p/>
    <w:p>
      <w:pPr>
        <w:jc w:val="center"/>
      </w:pPr>
      <w:r>
        <w:t>Vygenerované: 10.03.2026 19:00:37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