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Dlhšie okno Lytic-PCI; Virtuálne srdcové tímy; Krvný test oklúzie veľkých ciev?</w:t>
      </w:r>
    </w:p>
    <w:p>
      <w:r>
        <w:t>Zdroj: MedPage Today</w:t>
      </w:r>
    </w:p>
    <w:p>
      <w:r>
        <w:t>Publikované: Tue, 10 Mar 2026 13:46:32 -0400</w:t>
      </w:r>
    </w:p>
    <w:p/>
    <w:p>
      <w:pPr>
        <w:pStyle w:val="Heading1"/>
      </w:pPr>
      <w:r>
        <w:t>Súhrn</w:t>
      </w:r>
    </w:p>
    <w:p>
      <w:r>
        <w:t>U niektorých pacientov s infarktom myokardu v prostrediach s obmedzenými zdrojmi nemusí dlhšie okno medzi fibrinolýzou a perkutánnou koronárnou intervenciou (PCI) zhoršovať výsledky. Tieto zistenia pochádzajú z observačných údajov. Článok sa zaoberá aj virtuálnymi srdcovými tímami. Spomína sa krvný test na detekciu oklúzie veľkých ciev. Publikácia je z MedPage Today a odkazuje na Americký denník kardiológie.</w:t>
      </w:r>
    </w:p>
    <w:p/>
    <w:p>
      <w:pPr>
        <w:jc w:val="center"/>
      </w:pPr>
      <w:r>
        <w:t>Vygenerované: 10.03.2026 20:00:58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