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Preklenutie medzery: farmakologický zdroj založený na kartách na podporu predpisovania v rámci vysokoškolského vzdelávania v zubnom lekárstve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V zubnom lekárstve sa farmakológia vyučuje na začiatku vysokoškolského štúdia, zatiaľ čo predpisovanie liekov je potrebné najmä v neskoršej klinickej praxi, čo vytvára časovú medzeru brániacu prenosu poznatkov. Štúdia s prierezovým prieskumom testovala vizuálny farmakologický zdroj založený na kartách (Odontomecum in Cards) založený na mikroučení a just-in-time učení počas klinických rotácií. Prieskumu sa zúčastnilo 100 študentov zubného lekárstva (39 štvrtého ročníka a 61 piateho ročníka). Po použití kariet bola sebadôvera pri predpisovaní vyššia v celej vzorke aj v oboch ročníkoch. Študenti hodnotili zdroj ako vysoko užitočný a jednoduchý na použitie v klinickom prostredí a väčšina by ho odporučila rovesníkom. Kvalitatívna spätná väzba zdôraznila praktickosť kariet a navrhla vylepšenia v dostupnosti a formáte. Zdroj bol dobre prijatý a spájal sa so zvýšenou istotou pri predpisovaní. Zistenia podporujú hodnotu mikroučenia a just-in-time prístupov v zubnej farmakológii.</w:t>
      </w:r>
    </w:p>
    <w:p/>
    <w:p>
      <w:pPr>
        <w:jc w:val="center"/>
      </w:pPr>
      <w:r>
        <w:t>Vygenerované: 11.03.2026 07:01:04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