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Porovnanie účinnosti nízkych, stredných a štandardných dávok rituximabu pri liečbe membranóznej nefropatie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porovnala účinnosť nízkych (100 mg na dávku, n=31), stredných (500 mg na dávku, n=32) a štandardných (375 mg/m² na dávku, n=37) dávok rituximabu u 100 pacientov s membranóznou nefropatiou v nemocniciach v Xuzhou od mája 2021 do decembra 2024. Všetky tri dávky významne znížili hladiny proteínu v moči (24-hodinový celkový proteín) a titre anti-PLA2R protilátok oproti východiskovej hodnote (p &lt; 0,05). Sérový albumín sa vo všetkých skupinách významne zvýšil (p &lt; 0,05), zatiaľ čo sérový kreatinín a glomerulárna filtrácia sa nezmenili (p &gt; 0,05). Celková miera remisie po 12 mesiacoch bola 67,74 % v nízkodávkovej skupine, 65,63 % v strednodávkovej a 64,84 % v štandardnej skupine bez štatisticky významného rozdielu (p &gt; 0,05). Výskyt nežiaducich reakcií bol medzi skupinami porovnateľný (p &gt; 0,05). Tri dávkovacie režimy mali porovnateľnú terapeutickú účinnosť bez vplyvu na funkciu obličiek.</w:t>
      </w:r>
    </w:p>
    <w:p/>
    <w:p>
      <w:pPr>
        <w:jc w:val="center"/>
      </w:pPr>
      <w:r>
        <w:t>Vygenerované: 11.03.2026 07:01:35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