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Horúce témy a trendy v akupunktúre pre herpes zoster od roku 2015 do roku 2025: bibliometrická a znalostná analýza grafu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analyzovala 2 309 publikácií o akupunktúre pri herpes zoster (HZ) a postherpetickej neuralgii (PHN) od 1. januára 2015 do 1. októbra 2025 z databáz ako CNKI, Web of Science, Scopus. Z toho bolo 2 165 čínskych a 144 anglických; čínske publikácie vrcholili v roku 2018, anglické po roku 2022 prekonávali 20 ročne. Čínske štúdie pochádzali výlučne z Číny, anglické z 21 krajín, najmä Číny, USA, Austrálie a Južnej Kórey. Najproduktívnejšie inštitúcie boli Zhejiang Chinese Medical University, Guangzhou University of Chinese Medicine a Chengdu University of Traditional Chinese Medicine. Čínske publikácie sa zameriavali na PHN, akupunktúru, baňkovanie, ohnivú ihlu, TCM a bod Jiaji, anglické na HZ, PHN, neuropatickú bolesť a manažment. Skoré štúdie zdôrazňovali tradičné techniky a klinickú účinnosť, neskoršie mechanizmy, výsledky pacientov a syntézu dôkazov. Výskum sa posúva k presnosti a dôkazom; čínska literatúra kladie dôraz na klinické aplikácie TCM, medzinárodná na metodológiu a mechanizmy, s potrebou medzinárodnej spolupráce a multicentrických skúšok.</w:t>
      </w:r>
    </w:p>
    <w:p/>
    <w:p>
      <w:pPr>
        <w:jc w:val="center"/>
      </w:pPr>
      <w:r>
        <w:t>Vygenerované: 11.03.2026 07:01:56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