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Terapeutické metódy a účinok na keloidné a hypertrofické jazvy: systematický prehľad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Systematický prehľad analyzoval 162 štúdií zameraných na liečbu keloidných a hypertrofických jaziev, ktoré sú fibroproliferatívnymi poruchami s vysokou mierou návratu problému. Štúdia skúmala širokú škálu liečebných postupov vrátane lokálnej aplikácie kortikosteroidov, injekčnej terapie 5-fluorouracilom, bleomycínom, verapamilom, chirurgickej excízie, kryoterapie, laserových metód a rádioterapie. Výskum potvrdil, že kombinované terapie spájajúce intralézionálne kortikosteroidy, chirurgickú excíziu, laserové modality a rádioterapiu dosahujú lepšie výsledky ako jednotlivé liečebné prístupy, najmä pri znižovaní recidívy a zlepšovaní prognózy pacientov. Štúdia identifikovala, že samostatná liečba a neadekvátna liečba sú hlavnými rizikovými faktormi návratu jaziev. Stratégie zamerané na inhibíciu rastu fibroblastov sú rozhodujúce spolu s fyzickými zásahmi. Napriek tomu, že neexistuje jednotne uznávaný zlatý štandard liečby, kortikosteroidné a excízne terapie zostávajú kritickými metódami na hodnotenie nových liečebných postupov. Technologický vývoj neustále rozširuje dostupné možnosti liečby, vrátane inovatívnych prístupov ako sú kmeňové bunky a RNA mikroihly.</w:t>
      </w:r>
    </w:p>
    <w:p/>
    <w:p>
      <w:pPr>
        <w:jc w:val="center"/>
      </w:pPr>
      <w:r>
        <w:t>Vygenerované: 11.03.2026 07:02:17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