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Interaktívna stratégia rozpoznávania správania a optimalizácie spätnej väzby pre medicínske vyučovanie založená na mechanizme pozornosti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navrhuje integrovaný rámec pre medicínske vyučovanie, ktorý zlepšuje rozpoznávanie interaktívneho správania a optimalizáciu spätnej väzby pomocou mechanizmov pozornosti. Model rozpoznávania správania využíva multimodálny kódovač a architektúru neurónov so zvýšenou pozornosťou na selektívne uprednostňovanie zvukových sekvencií videa a výrazných textových pokynov. Tento model sa zameriava na najinformatívnejšie funkcie a časové vzorce, čím zlepšuje presnosť rozpoznávania zapojenia žiakov a ich vyučovacieho správania v zložitých prostrediach. Experimentálne hodnotenia na viacerých súboroch údajov o medicínskom vzdelávaní preukazujú podstatné zlepšenia v presnosti rozpoznávania a účinnosti spätnej väzby oproti najmodernejším metódam. Stratégia optimalizácie spätnej väzby dynamicky prispôsobuje reakcie výučby iteratívnym procesom zdokonaľovania a integruje hodnotenie správania s pedagogickými znalosťami špecifickými pre oblasť. Vytvára tak kontextovo presnú, prispôsobivú spätnú väzbu v súlade s potrebami študentov prostredníctvom váženého hodnotenia správania a aktualizácie parametrov. Integrovaný systém zvyšuje interpretovateľnosť výučbových interakcií v reálnom čase, zapojenie študentov a poskytuje škálovateľné riešenie pre inteligentnú podporu medicínskeho vzdelávania.</w:t>
      </w:r>
    </w:p>
    <w:p/>
    <w:p>
      <w:pPr>
        <w:jc w:val="center"/>
      </w:pPr>
      <w:r>
        <w:t>Vygenerované: 11.03.2026 07:02:27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