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Detekcia edému dolných končatín a klasifikácia klasifikácie pomocou technológií hlbokého učenia a vylepšenia obrazu</w:t>
      </w:r>
    </w:p>
    <w:p>
      <w:r>
        <w:t>Zdroj: Frontiers Medicine</w:t>
      </w:r>
    </w:p>
    <w:p>
      <w:r>
        <w:t>Publikované: 2026-03-11T00:00:00Z</w:t>
      </w:r>
    </w:p>
    <w:p/>
    <w:p>
      <w:pPr>
        <w:pStyle w:val="Heading1"/>
      </w:pPr>
      <w:r>
        <w:t>Súhrn</w:t>
      </w:r>
    </w:p>
    <w:p>
      <w:r>
        <w:t>Edém dolných končatín je bežný príznak chronických ochorení ako srdcové zlyhanie, ochorenie pečene a renálna dysfunkcia, pričom jeho stupňovanie pomáha pri diagnostike a monitorovaní. Tradičné metódy hodnotenia edému založené na vizuálnej kontrole a palpácii sú subjektívne a nekonzistentné. Štúdia navrhuje systém hlbokého učenia, ktorý používa modely YOLO na detekciu oblastí edému, techniky vylepšenia obrazu na lepšie zobrazenie funkcií a klasifikačné modely na určenie závažnosti. Na riešenie nerovnováhy údajov sa aplikovala náhodná rotácia, odstránenie pozadia a orezanie necieľových oblastí. Systém dosiahol priemernú presnosť klasifikácie 87 až 93 % pre rôzne stupne závažnosti edému, 90 až 94 % pre mieru stiahnutia a 93 až 97 % pre celkovú presnosť. Výsledky potvrdzujú účinnosť automatickej detekcie a klasifikácie edému dolných končatín. Systém má potenciál na podporu klinického rozhodovania a domácej starostlivosti o pacientov.</w:t>
      </w:r>
    </w:p>
    <w:p/>
    <w:p>
      <w:pPr>
        <w:jc w:val="center"/>
      </w:pPr>
      <w:r>
        <w:t>Vygenerované: 11.03.2026 07:02:37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