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Názory lekárov na bariéry pri poradenstve pacientov o fyzickej aktivite v primárnej starostlivosti: zameranie sa na zdravé cvičebné návyky a znalosti lekárov o fyzickej aktivite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názory lekárov primárnej starostlivosti na bariéry pri poradenstve pacientov s chronickými ochoreniami o fyzickej aktivite, s ohľadom na ich vlastné zdravé cvičebné návyky a znalosti o jej prínosoch. Použila kvantitatívnu prierezovú metódu s dotazníkom zbierajúcim sociodemografické údaje, údaje o prekážkach, návykoch a znalostiach. Väčšina respondentov (44,1 %) má priemerné zdravé cvičebné návyky a uviedla, že 48,5 % znalostí získali čiastočne na univerzite a 54,0 % má teraz čiastočne dostatočné vedomosti. Hlavnými bariérami sú podľa nich nedostatok času v práci (priemer 3,4 ± 0,817) a preferencia pacientov farmakologickej liečby (priemer 3,31 ± 0,790). Zdravé cvičebné návyky a vedomosti lekárov významne súvisia s ich vnímaním týchto bariér. Štúdia zdôrazňuje potrebu zlepšiť lekárske osnovy, profesionálny rozvoj a podporu zdravého životného štýlu lekárov pre lepšiu integráciu odporúčaní fyzickej aktivity do primárnej starostlivosti.</w:t>
      </w:r>
    </w:p>
    <w:p/>
    <w:p>
      <w:pPr>
        <w:jc w:val="center"/>
      </w:pPr>
      <w:r>
        <w:t>Vygenerované: 11.03.2026 07:03:07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