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goniotómie a gonioskopie asistovanej transluminálnej trabekulotómie pre exfoliačný glaukóm: systematický prehľad a jednoramenná metaanalýza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Štúdia skúmala účinnosť a bezpečnosť dvoch chirurgických metód – goniotómie (GT) a gonioskopie asistovanej transluminálnej trabekulotómie (GATT) – pri liečbe exfoliačného glaukómu, pričom analyzovala údaje z 14 štúdií zahŕňajúcich 624 očí. Obe metódy v kombinácii s operáciou šedého zákalu (fakoemulzifikácia) významne znížili vnútroočný tlak o približne 2 mmHg po 1, 6 a 12 mesiacoch a zmenšili potrebu antiglaukómových liekov. Samostatná goniotómia účinne znížila počet liekov vo všetkých sledovaných obdobiach a tlak v oku po 1 a 6 mesiacoch, zatiaľ čo samostatný GATT významne znížil tlak len po 1 mesiaci. Najčastejšími komplikáciami boli krvácanie do prednej komory oka (47,6 %) a dočasné zvýšenie vnútroočného tlaku (17,0 %). Podľa zistení sú obe metódy bezpečné a účinné, pričom ich kombinácia so šedým zákalom poskytuje spoľahlivejšiu dlhodobú kontrolu tlaku v oku.</w:t>
      </w:r>
    </w:p>
    <w:p/>
    <w:p>
      <w:pPr>
        <w:jc w:val="center"/>
      </w:pPr>
      <w:r>
        <w:t>Vygenerované: 11.03.2026 07:03:29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