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Štúdia farmakovigilancie s viacerými databázami odhaľuje výrazné signály disproporcionality imunosupresív a oportúnnych infekcií pri kombinovanej liečbe bevacizumabom a temozolomidom pri glioblastóme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Štúdia farmakovigilancie analyzovala údaje z databáz FAERS a CVARD o nežiaducich imunosupresívnych účinkoch (IRAE) pri liečbe glioblastómu kombináciou bevacizumabu (BEV) a temozolomidu (TMZ). Celkovo bolo 1 076 hlásení v skupine BEV + TMZ, 2 633 v monoterapii BEV a 3 156 v monoterapii TMZ. Kombinovaná terapia ukázala silné signály disproporcionality pre zriedkavé imunosupresívne a oportúnne infekcie, ako hemofagocytárna lymfohistiocytóza (HLH; Ω = 0,648), strongyloidóza (Ω = 0,744), infekcia vírusom Epstein-Barrovým (Ω = 0) a cytomegalitída (Ω = 0,943). Analýza interakcií naznačila viac než aditívne signály pre hematologické toxicity (napr. pancytopénia) a nehematologické (napr. enteritída). Čas do nástupu lymfocytopénie sa posunul z 34 dní pri monoterapii BEV na 23 dní pri kombinácii. Multivariabilná logistická regresia ukázala vyššiu pravdepodobnosť hlásenia IRAE pri monoterapii BEV oproti TMZ (OR = 3,6037, 95 % CI: 1,0378–12,652, p &lt; 0,05), bez významného rozdielu oproti kombinácii. Signály vyžadujú prospektívne potvrdenie a nepreukazujú kauzalitu.</w:t>
      </w:r>
    </w:p>
    <w:p/>
    <w:p>
      <w:pPr>
        <w:jc w:val="center"/>
      </w:pPr>
      <w:r>
        <w:t>Vygenerované: 11.03.2026 07:03:39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