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Skúmanie základných a sentinelových symptómov u starších pacientov s diabetom 2. typu prostredníctvom sieťovej analýzy a Apriori algoritmu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skúmala symptómy diabetu 2. typu u starších pacientov pomocou sieťovej analýzy a počítačového algoritmu. Výskum zahŕňal pacientov z nemocnice v Číne od marca do júla 2024, pričom údaje boli zbierané pomocou štandardizovaného kontrolného zoznamu symptómov. Najčastejšie symptómy boli smäd a sucho v ústach (71,69 %), celková únava (70,78 %) a penivý moč (69,58 %). Podľa závažnosti symptómovej záťaže dominovala celková únava (skóre 2,48), nasledovaná asténiou (2,42) a nespavosťou (2,39). Štúdia identifikovala všeobecnú únavu ako hlavný symptóm diabetu 2. typu u starších pacientov. Ako sentinelové symptómy (charakteristické prejavy špecifických skupín symptómov) boli identifikované nadmerná ospalosť, necitlivosť končatín, opuch končatín a nadmerný smäd. Autori záverom odporúčajú, aby zdravotnícky personál využil tieto poznatky na vývoj presnejších a efektívnejších opatrení na zlepšenie manažmentu symptómov u starších pacientov s diabetom 2. typu.</w:t>
      </w:r>
    </w:p>
    <w:p/>
    <w:p>
      <w:pPr>
        <w:jc w:val="center"/>
      </w:pPr>
      <w:r>
        <w:t>Vygenerované: 11.03.2026 07:45:34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