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Multimodálna predikcia pretrvávajúcich pľúcnych uzlín po COVID-19: integrácia rádiomiktických funkcií s klinickými a epidemiologickými premennými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skúmala 419 pacientov s novozistenými pľúcnymi uzlinami najmenej 19 mesiacov po potvrdenej infekcii COVID-19 (január 2020 – december 2024). Spomedzi nich malo 210 pacientov (50,1 %) pretrvávajúce uzliny po 6 mesiacoch. Nezávislé rizikové faktory pretrvávania boli ≥ 4 hospitalizácie, predchádzajúca tuberkulóza, väčší maximálny priemer uzliny (zvýšenie OR na mm: 1,121, 95 % CI: 1,074–1,170) a znak vaskulárnej konvergencie na CT. Prediktívny model integrujúci rádiomické, klinické a epidemiologické premenné vybral LASSO metódou štyri kľúčové prediktory a dosiahol AUC 0,728 (bootstrap korigovaná AUC 0,717). Analýza rozhodovacej krivky preukázala klinický prínos pri prahových pravdepodobnostiach 50–83 %. Model môže pomôcť pri optimalizácii sledovania pacientov s vyšším rizikom.</w:t>
      </w:r>
    </w:p>
    <w:p/>
    <w:p>
      <w:pPr>
        <w:jc w:val="center"/>
      </w:pPr>
      <w:r>
        <w:t>Vygenerované: 11.03.2026 07:45:43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