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Nomogram založený na fraktálnej dimenzii počítačovej tomografie na predpovedanie šírenia vzduchovými priestormi pri adenokarcinóme pľúc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vyvinula a overila nomogram založený na počítačovej tomografii (CT) s trojrozmernou fraktálnou dimenziou (FD 3D) na neinvazívne predpovedanie šírenia nádoru vzduchovými priestormi (STAS) u 110 pacientov s adenokarcinómom pľúc v štádiu IA po chirurgickej resekcii. Pacienti boli rozdelení na STAS-pozitívnu skupinu (48 pacientov) a STAS-negatívnu skupinu (62 pacientov) podľa patologického vyšetrenia. Jednorozmerná analýza ukázala významné rozdiely v pomere konsolidácie k nádoru (CTR, p &lt; 0,001), morfologickej nepravidelnosti (p = 0,006), lobulácii (p = 0,006), vaskulárnej konvergencii (p = 0,010) a FD 3D (p &lt; 0,001) medzi skupinami. Multivariačná analýza potvrdila CTR, morfologickú nepravidelnosť, lobuláciu a FD 3D ako nezávislé prediktory STAS. Nomogram dosiahol plochu pod krivkou (AUC) 0,894 (95 % CI: 0,821–0,944; p &lt; 0,001) so senzitivitou 75 % a špecificitou 90,32 %. Pri medznej hodnote 0,56 mal pozitívnu prediktívnu hodnotu 85,71 % vo vysoko rizikovej skupine (42 pacientov, 38,18 %) a negatívnu prediktívnu hodnotu 82,35 % v nízko rizikovej skupine (68 pacientov, 61,82 %), s prevalenciou STAS 85 % verzus 17,65 % (χ² = 46,18, p &lt; 0,001). Nomogram integruje FD 3D a CT znaky na predpoveď STAS a môže pomôcť pri chirurgickom rozhodovaní, no vyžaduje prospektívne štúdie.</w:t>
      </w:r>
    </w:p>
    <w:p/>
    <w:p>
      <w:pPr>
        <w:jc w:val="center"/>
      </w:pPr>
      <w:r>
        <w:t>Vygenerované: 11.03.2026 07:46:04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