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Asociácie medzi eHealth gramotnosťou a 24-hodinovým pohybovým správaním u starších dospelých: sprostredkujúce a moderujúce úlohy vlastnej účinnosti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asociácie medzi eHealth gramotnosťou (eHL) a 24-hodinovým pohybovým správaním u 553 starších čínskych dospelých vo veku 60–74 rokov. Vyššia eHL bola po úprave na vek, pohlavie a vzdelanie spojená s väčšou ľahkou fyzickou aktivitou (LPA, b=0,40, p&lt;0,001), stredne intenzívnou až intenzívnou fyzickou aktivitou (MVPA, b=0,19, p&lt;0,001) a nižším sedavým správaním (SB, b=-0,43, p&lt;0,001). eHL bola tiež pozitívne spojená so sebaúčinnosťou (b=0,47, p&lt;0,001). Sebaúčinnosť čiastočne sprostredkovala tieto asociácie s malými nepriamymi účinkami pre LPA [0,04, 95% CI (0,00, 0,09)], MVPA [0,08, 95% CI (0,03, 0,13)] a SB [-0,06, 95% CI bez 0]. Sebaúčinnosť moderovala asociácie pre LPA (F=76,82, p&lt;0,001), SB (F=75,07, p&lt;0,001) a trvanie spánku (F=4,74, p&lt;0,001), ale nie pre MVPA. Modely vysvetlili 26% rozptylu v LPA, 6% v MVPA a 30% v SB. Zistenia sú prierezové a vyžadujú potvrdenie v dlhodobých štúdiách.</w:t>
      </w:r>
    </w:p>
    <w:p/>
    <w:p>
      <w:pPr>
        <w:jc w:val="center"/>
      </w:pPr>
      <w:r>
        <w:t>Vygenerované: 11.03.2026 08:00:33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