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Pokroky v patogenéze MASLD a jej asociácia s neutrofilmi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Metabolická dysfunkciou spojená steatóza pečene (MASLD), predtým známa ako nealkoholická tuková choroba pečene (NAFLD), je charakterizovaná abnormálnym nahromadením tuku v pečeni. Príčiny zahŕňajú nezdravý životný štýl, hyperlipidémiu, hypertenziu a diabetes mellitus 2. typu, ktoré sú spojené s obezitou a zvyšujú citlivosť na ochorenie. Vývoj MASLD súvisí s inzulínovou rezistenciou a narušeným metabolizmom tukov, čo vedie k metabolickému poškodeniu pečene. Neutrofily, ako kľúčové imunitné bunky prvej línie obrany proti infekcii a poškodeniu, zohrávajú dôležitú úlohu v patogenéze MASLD. Tento prehľad skúma patogenézu MASLD, úlohu neutrofilov v ochorení, pokroky v liečbe a ich terapeutický potenciál. Súčasné liečby sú náročné na zavádzanie a predstavujú záťaž pre zdravotníctvo.</w:t>
      </w:r>
    </w:p>
    <w:p/>
    <w:p>
      <w:pPr>
        <w:jc w:val="center"/>
      </w:pPr>
      <w:r>
        <w:t>Vygenerované: 11.03.2026 08:00:43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