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Preferencie pre rehabilitáciu svalov panvového dna po pôrode u tehotných žien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Štúdia skúmala preferencie tehotných žien pre rehabilitáciu svalov panvového dna po pôrode prostredníctvom dotazníkového prieskumu v First People’s Hospital of Zunyi od júna do augusta 2025. Z 693 distribuovaných dotazníkov bolo 670 platných, čo predstavuje efektívnu mieru odpovedí 96,6 %. Použil sa experiment s diskrétnou voľbou (DCE) a zmiešaný logitový model v Pythone 3.11.7 na analýzu atribútov ako rehabilitačné techniky, náklady, trvanie liečby, riziko vedľajších účinkov, miesto a poskytovatelia. Všetky tieto faktory významne ovplyvnili preferencie (p &lt; 0,05), pričom najvýznamnejším bol riziko vedľajších účinkov, nasledované miestom rehabilitácie. Ženy uprednostňujú elektrickú stimuláciu a biofeedback terapiu, náklady pod 1 000 CNY, mierne vedľajšie účinky, ambulantné zariadenia, kvalifikovaných odborníkov a 30-minútové sedenia. Záver odporúča rozšíriť služby za oddelenia, zapojiť nemocnice, zdravotnícke orgány a komunity, s dôrazom na zníženie rizík a nákladov pre personalizované plány.</w:t>
      </w:r>
    </w:p>
    <w:p/>
    <w:p>
      <w:pPr>
        <w:jc w:val="center"/>
      </w:pPr>
      <w:r>
        <w:t>Vygenerované: 11.03.2026 08:00:55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