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Navrhovanie rozhraní priateľských k veku a integrácie nositeľného prostredia na zlepšenie dodržiavania liekov: experiment s diskrétnou voľbou medzi staršími dospelými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použila experiment s diskrétnou voľbou na zisťovanie preferencií starších dospelých pri navrhovaní veku priateľských rozhraní a integrácií nositeľných zariadení na zlepšenie dodržiavania liekov. Zozbieralo sa 203 platných odpovedí, ktoré sa analyzovali zmiešaným logitovým modelom a analýzou latentných tried. Starší dospelí uprednostňovali multimodálne pripomienky, adaptívne písmo a rozloženie, potvrdenie jedným klepnutím, koordinované používanie smartfónu a inteligentných hodiniek. Pozitívne hodnotili aj kontextovo adaptívne a biofilné témy prostredia cez vizuálne podnety ako prirodzené farby a obrázky. Analýza latentných tried identifikovala dve skupiny: Efficiency–Context (84,2 %), ktorá preferovala jednoduché interakcie s nízkou záťažou, a Cue–Wearable (15,8 %), ktorá ocenila multimodálne nabádanie a koordináciu zariadení, no menej reagovala na rozloženie alebo environmentálne témy.</w:t>
      </w:r>
    </w:p>
    <w:p/>
    <w:p>
      <w:pPr>
        <w:jc w:val="center"/>
      </w:pPr>
      <w:r>
        <w:t>Vygenerované: 11.03.2026 09:00:33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