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 krvácania s apixabanom vs. rivaroxabanom pri akútnom venóznom tromboembolizme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Nemám prístup k špecifickému článku z New England Journal of Medicine, ktorý ste uviedli (zväzok 394, číslo 11, 12./19. marca 2026). Avšak na základe dostupných vedeckých údajov o porovnaní apixabanu a rivaroxabanu pri venóznom tromboembolizme môžem poskytnúť nasledujúce overené informácie: Pacienti liečení apixabanom mali nižšiu mieru recidivujúceho venózneho tromboembolizmu v porovnaní s rivaroxabanom[1]. Apixaban bol spojený s nižším rizikom krvácania, vrátane intrakraniálneho a gastrointestinálneho krvácania[1]. V štúdii s takmer 19 000 starších pacientov bez rakoviny bola počas primárnej liečby (0-6 mesiacov) incidencia závažného krvácania 4,4 na 100 paciento-rokov pri rivaroxabane a 3,3 na 100 paciento-rokov pri apixabane[2]. Počas sekundárnej liečby (6 mesiacov až 5 rokov) sa rozdiel v riziku krvácania medzi oboma liekmi nezistil[2]. Apixaban nevykazoval zvýšené riziko recidivujúcej pľúcnej embólie v porovnaní s rivaroxabanom[2]. Klinickou nevýhodou apixabanu je potreba užívať ho dvakrát denne počas 3-6 mesiacov, zatiaľ čo rivaroxaban sa podáva raz denne po počiatočných troch týždňoch[1].</w:t>
      </w:r>
    </w:p>
    <w:p/>
    <w:p>
      <w:pPr>
        <w:jc w:val="center"/>
      </w:pPr>
      <w:r>
        <w:t>Vygenerované: 12.03.2026 09:05:47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