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Programy skríningu a liečby Helicobacter pylori na prevenciu rakoviny žalúdka – správa pracovnej skupiny IARC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Správa pracovnej skupiny IARC z roku 2025 poskytuje odporúčania na implementáciu populačných programov skríningu a liečby Helicobacter pylori na prevenciu rakoviny žalúdka.[2][4] Tieto stratégie môžu znížiť riziko rakoviny žalúdka až o 36 % a sú nákladovo efektívne aj v nižšie rizikových oblastiach.[1] Rakovina žalúdka, spôsobená najmä chronickou infekciou H. pylori, je významným globálnym zdravotným problémom, najmä v krajinách s nízkym a stredným indexom ľudského rozvoja.[1][4] Odporúčané skríningové metódy zahŕňajú 13C-urea dychový test, test stolici na antigén a sérologické testy, prispôsobené lokálnym podmienkam.[1] Ako prvá voľba liečby sa odporúča bismut-obsahujúca štvorlieková terapia kvôli jej účinnosti proti antibiotickám rezistentným kmeňom H. pylori.[1] Správa zahŕňa posúdenie potrieb a pripravenosti, výber metód a režimov liečby, správu antibiotík, meranie procesov a výsledkov pre zlepšenie kvality a rovnosti, ako aj nákladovú výhodnosť.[2][4] Pracovná skupina pozostávala z 35 expertov z 20 krajín a bola zvolaná vo februári 2025 v rámci projektu EUROHELICAN.[2] Implementácia týchto stratégií prinesie úžitok aj pri znižovaní iných klinických stavov a pomôže riešiť nerovnosti v rakovine žalúdka.[4]</w:t>
      </w:r>
    </w:p>
    <w:p/>
    <w:p>
      <w:pPr>
        <w:jc w:val="center"/>
      </w:pPr>
      <w:r>
        <w:t>Vygenerované: 12.03.2026 09:07:42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