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Skúška COBRRA — Ukončenie bezpečnostného vyhadzovania venózneho tromboembolizmu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Článok v New England Journal of Medicine (zväzok 394, číslo 11, strany 1123-1124, 12./19. marca 2026) diskutuje skúšku COBRRA, ktorá rieši bezpečnosť prevencie venózneho tromboembolizmu. Štúdia ukončuje neistotu pri výbere medzi rôznymi protromboticými stratégiami. Hlavné zistenia sa zameriavajú na porovnanie účinnosti a rizík jednotlivých prístupov. Skúška poskytuje dôkazy o znížení rizika krvácania a trombembolizmu u pacientov. Výsledky ukazujú špecifické štatistiky o incidencii komplikácií v skupinách pacientov. COBRRA trial prináša jasnejšie odporúčania pre klinickú prax.</w:t>
      </w:r>
    </w:p>
    <w:p/>
    <w:p>
      <w:pPr>
        <w:jc w:val="center"/>
      </w:pPr>
      <w:r>
        <w:t>Vygenerované: 12.03.2026 09:08:03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