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Horúčkové tempo</w:t>
      </w:r>
    </w:p>
    <w:p>
      <w:r>
        <w:t>Zdroj: NEJM</w:t>
      </w:r>
    </w:p>
    <w:p>
      <w:r>
        <w:t>Publikované: 2026-03-11T09:00:02Z</w:t>
      </w:r>
    </w:p>
    <w:p/>
    <w:p>
      <w:pPr>
        <w:pStyle w:val="Heading1"/>
      </w:pPr>
      <w:r>
        <w:t>Súhrn</w:t>
      </w:r>
    </w:p>
    <w:p>
      <w:r>
        <w:t>Článok Case 1-2026 popisuje prípad 50-ročnej ženy s horúčkou a bolesťami brucha. Ide o klinickú kazuistiku publikovanú v New England Journal of Medicine, zväzok 394, číslo 2, 8. januára 2026. Autormi sú Stephen C. Threlkeld, Mark A. Anderson, David M. Dudzinski, Melis N. Anahtar, George A. Alba, Nesli Basgoz, Angela G. Fowler a James R. Stone. Autori pôsobia na inštitúciách ako Massachusetts General Hospital, Harvard Medical School, Baptist Memorial Health Care a Massachusetts Department of Public Health. Prípad sa zameriava na diagnostiku a liečbu uvedených príznakov. Žiadne štatistiky ani kvantitatívne údaje nie sú v dostupných informáciách uvedené. Abstrakt článku nie je k dispozícii.[1]</w:t>
      </w:r>
    </w:p>
    <w:p/>
    <w:p>
      <w:pPr>
        <w:jc w:val="center"/>
      </w:pPr>
      <w:r>
        <w:t>Vygenerované: 12.03.2026 09:08:38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