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8-2026: 57-ročná žena s bolesťou na hrudníku, dyspnoe a synkopou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Vyhľadávanie neobsahuje obsah článku „Case 8-2026: A 57-Year-Old Woman with Chest Pain, Dyspnea, and Syncope“ z New England Journal of Medicine. Žiadne overené fakty z tohto článku nie sú dostupné v poskytnutých výsledkoch. Súhrn preto nie je možné vytvoriť podľa požiadaviek.</w:t>
      </w:r>
    </w:p>
    <w:p/>
    <w:p>
      <w:pPr>
        <w:jc w:val="center"/>
      </w:pPr>
      <w:r>
        <w:t>Vygenerované: 12.03.2026 09:08:47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