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Polymyalgia Rheumatica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Štúdia SAPHYR z New England Journal of Medicine skúmala sarilumab, monoklonálnu protilátku blokujúcu interleukín-6 receptor, u pacientov s polymyalgii rheumatica, ktorí recidivovali počas znižovania glukokortikoidov[1][2][3]. Do štúdie bolo náhodne zaradených 118 pacientov v pomere 1:1 na 52 týždňov: 60 dostalo sarilumab 200 mg subkutánne každé dva týždne plus 14-týždňové znižovanie prednisonu, 58 dostalo placebo plus 52-týždňové znižovanie prednisonu[1][2][3]. Primárnym cieľom bola udržaná remisia na 52. týždeň, definovaná ako vymiznutie príznakov do 12. týždňa, absencia recidívy, normalizácia C-reaktívneho proteínu a dodržanie znižovania prednisonu od 12. do 52. týždňa[1][2][3]. Udržanú remisiu dosiahlo 28 % pacientov (17 z 60) v skupine so sarilumabom oproti 10 % (6 z 58) v placebovej skupine (rozdiel 18 percentuálnych bodov, 95 % CI 4–32, p=0,02)[1][2][3]. Sarilumab znížil kumulatívnu dávku glukokortikoidov a zlepšil kvalitu života[1][2][3]. Vyskytli sa častejšie nežiaduce účinky ako neutropénia a artralgia, s vyšším počtom ukončení liečby (12 % vs. 7 %)[2][3].</w:t>
      </w:r>
    </w:p>
    <w:p/>
    <w:p>
      <w:pPr>
        <w:jc w:val="center"/>
      </w:pPr>
      <w:r>
        <w:t>Vygenerované: 12.03.2026 09:09:06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