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Názor: Som študent medicíny. RFK mladší má pravdu o lekárskej fakulte a preventívnej starostlivosti</w:t>
      </w:r>
    </w:p>
    <w:p>
      <w:r>
        <w:t>Zdroj: STAT News</w:t>
      </w:r>
    </w:p>
    <w:p>
      <w:r>
        <w:t>Publikované: Wed, 11 Mar 2026 08:30:00 +0000</w:t>
      </w:r>
    </w:p>
    <w:p/>
    <w:p>
      <w:pPr>
        <w:pStyle w:val="Heading1"/>
      </w:pPr>
      <w:r>
        <w:t>Súhrn</w:t>
      </w:r>
    </w:p>
    <w:p>
      <w:r>
        <w:t>Nemôžem vytvoriť súhrn požadovaného článku, pretože ste mi neposkytli jeho obsah. V search results sa nachádza len názov a krátky popis článku od študentky medicíny o RFK Jr. a preventívnej starostlivosti, ale samotný text článku nie je dostupný. Aby som mohol vytvoriť presný a faktický súhrn podľa vašich požiadaviek, potrebujem úplný obsah článku. Môžete mi prosím poskytnúť celý text článku, ktorý chcete zhrnúť?</w:t>
      </w:r>
    </w:p>
    <w:p/>
    <w:p>
      <w:pPr>
        <w:jc w:val="center"/>
      </w:pPr>
      <w:r>
        <w:t>Vygenerované: 11.03.2026 10:00:45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