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možno našli tabletku na spánkové apnoe</w:t>
      </w:r>
    </w:p>
    <w:p>
      <w:r>
        <w:t>Zdroj: ScienceDaily Health</w:t>
      </w:r>
    </w:p>
    <w:p>
      <w:r>
        <w:t>Publikované: Wed, 11 Mar 2026 06:19:22 EDT</w:t>
      </w:r>
    </w:p>
    <w:p/>
    <w:p>
      <w:pPr>
        <w:pStyle w:val="Heading1"/>
      </w:pPr>
      <w:r>
        <w:t>Súhrn</w:t>
      </w:r>
    </w:p>
    <w:p>
      <w:r>
        <w:t>Európska klinická štúdia testovala liek sulthiame u pacientov so stredne ťažkým až ťažkým obštrukčným spánkovým apnoe (OSA).[1][2] Pacienti boli rozdelení do štyroch skupín: 74 užívalo 100 mg denne, 74 užívalo 200 mg, 75 užívalo 300 mg a 75 dostalo placebo, v 28 zdravotníckych centrách v Španielsku, Francúzsku, Belgicku, Nemecku a Českej republike.[1] Štúdia trvala najmenej 12 týždňov na cieľovej dávke.[2] Sulthiame výrazne znížilo prestávky v dýchaní, pocit ospalosti počas dňa a zlepšilo hladiny kyslíka v krvi.[1] Pri najvyššej dávke 300 mg klesla frekvencia prestávok v dýchaní podľa indexu apnoe-hypopnoe (AHI) o 39,9 %.[1] Liek stimuluje svaly v horných dýchacích cestách a stabilizuje dýchacie signály v mozgu.[1] Zistenia by mohli ponúknuť alternatívu k CPAP strojom vo forme tablety.[1]</w:t>
      </w:r>
    </w:p>
    <w:p/>
    <w:p>
      <w:pPr>
        <w:jc w:val="center"/>
      </w:pPr>
      <w:r>
        <w:t>Vygenerované: 11.03.2026 12:01:00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