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Štúdia kanabisu zistila, že THC môže vytvárať falošné spomienky</w:t>
      </w:r>
    </w:p>
    <w:p>
      <w:r>
        <w:t>Zdroj: ScienceDaily Health</w:t>
      </w:r>
    </w:p>
    <w:p>
      <w:r>
        <w:t>Publikované: Wed, 11 Mar 2026 00:47:11 EDT</w:t>
      </w:r>
    </w:p>
    <w:p/>
    <w:p>
      <w:pPr>
        <w:pStyle w:val="Heading1"/>
      </w:pPr>
      <w:r>
        <w:t>Súhrn</w:t>
      </w:r>
    </w:p>
    <w:p>
      <w:r>
        <w:t>Štúdia zistila, že THC môže vytvárať falošné spomienky, ktoré sa nikdy nestali. V kontrolovanom experimente si užívatelia kanabisu častejšie vybavovali slová, ktoré sa nikdy nezobrazili. Taktiež mali problémy s úlohami, ako je zapamätanie si niečoho neskôr. THC narušilo viacero rôznych pamäťových systémov naraz. Prekvapivo, aj mierne dávky THC spôsobovali pamäťové problémy podobne ako vyššie dávky. THC nielen rozmazáva spomienky, ale vytvára nové falošné spomienky.[3][4]</w:t>
      </w:r>
    </w:p>
    <w:p/>
    <w:p>
      <w:pPr>
        <w:jc w:val="center"/>
      </w:pPr>
      <w:r>
        <w:t>Vygenerované: 11.03.2026 12:01:11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