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riešia záhadu molekuly vitamínu B5, ktorá poháňa vaše bunky</w:t>
      </w:r>
    </w:p>
    <w:p>
      <w:r>
        <w:t>Zdroj: ScienceDaily Health</w:t>
      </w:r>
    </w:p>
    <w:p>
      <w:r>
        <w:t>Publikované: Wed, 11 Mar 2026 18:32:18 EDT</w:t>
      </w:r>
    </w:p>
    <w:p/>
    <w:p>
      <w:pPr>
        <w:pStyle w:val="Heading1"/>
      </w:pPr>
      <w:r>
        <w:t>Súhrn</w:t>
      </w:r>
    </w:p>
    <w:p>
      <w:r>
        <w:t>Koenzým A je molekula odvodená od vitamínu B5 a je životne dôležitý pre metabolizmus v celom tele. Väčšina koenzýmu A sa nachádza v mitochondriách, ktoré sú bunkovými elektrárňami. Doteraz nebolo jasné, ako sa koenzým A do týchto mitochondrií dostáva. Vedci z Yale University identifikovali transportný systém, ktorý presúva koenzým A do mitochondrií. Tento objav vyriešil dlhotrvajúcu biologickú hádanku. Výskum by mohol pomôcť lepšie pochopiť choroby spojené s metabolickou dysfunkciou a mitochondriálnymi problémami.</w:t>
      </w:r>
    </w:p>
    <w:p/>
    <w:p>
      <w:pPr>
        <w:jc w:val="center"/>
      </w:pPr>
      <w:r>
        <w:t>Vygenerované: 12.03.2026 13:00:48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