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EPA zavrhuje vedu v prospech antiregulačnej ideológie</w:t>
      </w:r>
    </w:p>
    <w:p>
      <w:r>
        <w:t>Zdroj: BMJ</w:t>
      </w:r>
    </w:p>
    <w:p>
      <w:r>
        <w:t>Publikované: 2026-03-11T04:26:04-07:00</w:t>
      </w:r>
    </w:p>
    <w:p/>
    <w:p>
      <w:pPr>
        <w:pStyle w:val="Heading1"/>
      </w:pPr>
      <w:r>
        <w:t>Súhrn</w:t>
      </w:r>
    </w:p>
    <w:p>
      <w:r>
        <w:t>Agentúra na ochranu životného prostredia USA (EPA) zrušila vo februári 2026 záver z roku 2009, podľa ktorého skleníkové plyny ako oxid uhličitý a metán ohrozujú zdravie a blaho amerického ľudu.[4][5] Tento záver bol reakciou na rozhodnutie Najvyššieho súdu USA z roku 2007, ktoré umožnilo reguláciu týchto látok podľa Zákona o čistom ovzduší z roku 1970.[1][4] Zrušením nálezu sa EPA oslobodila od povinnosti regulovať emisie skleníkových plynov.[1][5] Rozhodnutie zároveň zrušilo normy pre emisie skleníkových plynov z vozidiel.[4][7] Správca EPA Lee Zeldin označil tento krok za najväčšiu dereguláciu v americkej histórii.[5] Vedci a lekári na celom svete reagovali zdesením na toto rozhodnutie.[1]</w:t>
      </w:r>
    </w:p>
    <w:p/>
    <w:p>
      <w:pPr>
        <w:jc w:val="center"/>
      </w:pPr>
      <w:r>
        <w:t>Vygenerované: 11.03.2026 14:00:36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