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Zdravotnícke úrady Spojeného kráľovstva spojili svoje sily, aby podporili zahraničné štúdie infekčných chorôb</w:t>
      </w:r>
    </w:p>
    <w:p>
      <w:r>
        <w:t>Zdroj: Pharmaceutical Technology</w:t>
      </w:r>
    </w:p>
    <w:p>
      <w:r>
        <w:t>Publikované: Wed, 11 Mar 2026 11:19:42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"UK health authorities join forces to champion foreign infectious disease trials" ani článok s podobným obsahom o tom, že zdravotnícke úrady Spojeného kráľovstva podporujú zahraničné štúdie infekčných chorôb v reakcii na stiahnutie americkej výskumnej pomoci. Dostupné výsledky vyhľadávania obsahujú informácie o reformách klinických skúšok v Spojenom kráľovstve, konferenciách o infekčných chorobách a iných zdravotníckych témach, ale nie o konkrétnom článku, ktorý ste požiadali zsumarizovať. Aby som mohol vytvoriť presný a faktický súhrn v slovenčine, potreboval by som prístup k pôvodnému článku.</w:t>
      </w:r>
    </w:p>
    <w:p/>
    <w:p>
      <w:pPr>
        <w:jc w:val="center"/>
      </w:pPr>
      <w:r>
        <w:t>Vygenerované: 11.03.2026 14:00:47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