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Epsteinovi VIP lekári; Botox v plánovanom rodičovstve; Obmedzenia platnosti NIH?</w:t>
      </w:r>
    </w:p>
    <w:p>
      <w:r>
        <w:t>Zdroj: MedPage Today</w:t>
      </w:r>
    </w:p>
    <w:p>
      <w:r>
        <w:t>Publikované: Wed, 11 Mar 2026 11:20:17 -0400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ste mi neposkytli úplný text článku z MedPage Today. Dostala som len názov a fragmentárny obsah bez podstatného obsahu, ktorý by som mohla spracovať. Aby som mohla vytvoriť presný a faktický súhrn podľa vašich požiadaviek, potrebujem: - Úplný text článku alebo jeho podstatnú časť - Všetky relevantné údaje, štatistiky a konkrétne informácie z článku - Jasne identifikovateľné fakty, ktoré by som mohla overiť Ak mi poskytnete úplný článok, s radosťou vytvorím stručný súhrn v slovenčine podľa vašich špecifikácií (6-8 viet, len overené fakty, bez názorov a špekulácií).</w:t>
      </w:r>
    </w:p>
    <w:p/>
    <w:p>
      <w:pPr>
        <w:jc w:val="center"/>
      </w:pPr>
      <w:r>
        <w:t>Vygenerované: 11.03.2026 18:00:50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