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Ťažká hypoglykemická kóma s rádiologickým dôkazom hypoglykemickej encefalopatie v dôsledku zhoršeného uvedomenia si hypoglykémie: kazuistika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Hypoglykemická encefalopatia je vážny stav, ktorý sa vyskytuje pri hladinách glukózy pod 50 mg/dl a charakterizuje sa kómou alebo stuporom, ktorý pretrváva aj po normalizácii hladiny cukru v krvi[1]. Mozog sa spolieha na cirkulujúcu glukózu ako primárny zdroj energie, preto hypoglykémia narúša funkciu centrálneho nervového systému[1]. Pacienti s diabetom 1. typu majú zvýšené riziko opakovanej hypoglykémie v dôsledku zníženej kontraregulačnej reakcie, čo môže viesť k zhoršenému uvedomeniu si hypoglykémie (IAH)[1]. Kazuistika opisuje 42-ročného muža s diabetom 1. typu, ktorý bol v hypoglykemickej kóme s skóre Glasgow Coma Scale 3, pričom neuroimaging potvrdil hypoglykemickú encefalopatiu[1]. Pacient sa zlepšil po intravenóznej dextróze a podpornej liečbe[1]. Včasné rozpoznanie symptómov je kľúčové na zabránenie ireverzibilnej smrti mozgových buniek a na minimalizáciu komplikácií[1]. Zhoršené uvedomenie si hypoglykémie spôsobuje vážne následky vrátane neschopnosti pracovať a zhoršenej kvality života[1].</w:t>
      </w:r>
    </w:p>
    <w:p/>
    <w:p>
      <w:pPr>
        <w:jc w:val="center"/>
      </w:pPr>
      <w:r>
        <w:t>Vygenerované: 11.03.2026 20:00:34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