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FDA vydáva varovanie spoločnosti Novo Nordisk o nenahlásených udalostiach týkajúcich sa bezpečnosti semaglutidu</w:t>
      </w:r>
    </w:p>
    <w:p>
      <w:r>
        <w:t>Zdroj: Pharmaceutical Technology</w:t>
      </w:r>
    </w:p>
    <w:p>
      <w:r>
        <w:t>Publikované: Wed, 11 Mar 2026 18:00:57 +0000</w:t>
      </w:r>
    </w:p>
    <w:p/>
    <w:p>
      <w:pPr>
        <w:pStyle w:val="Heading1"/>
      </w:pPr>
      <w:r>
        <w:t>Súhrn</w:t>
      </w:r>
    </w:p>
    <w:p>
      <w:r>
        <w:t>FDA vydala varovanie spoločnosti Novo Nordisk ohľadom nenahlásených udalostí týkajúcich sa bezpečnosti semaglutidu. V varovnom liste FDA uviedla, že Novo Nordisk nedostatočne reagovala na pripomienky po kontrole v roku 2025. Tento krok súvisí s bezpečnostnými problémami lieku semaglutid, používaného v prípravkoch ako Ozempic a Wegovy. FDA v súvislosti s komprimovanými verziami semaglutidu evidovala k 31. júlu 2025 celkovo 605 hlásení nežiaducich udalostí. Varovanie prichádza v čase, keď Novo Nordisk čelí viacerým regulačným rozhodnutiam FDA o semaglutide v roku 2025, vrátane indikácií pre diabetes typu 2 a periférne artériové ochorenie. Novo Nordisk tiež čelí obvineniam z nepravdivých a zavádzajúcich tvrdení v propagácii Wegovy, vrátane rizík ako akútna pankreatitída a komplikácie žlčníka.</w:t>
      </w:r>
    </w:p>
    <w:p/>
    <w:p>
      <w:pPr>
        <w:jc w:val="center"/>
      </w:pPr>
      <w:r>
        <w:t>Vygenerované: 11.03.2026 20:00:57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