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„Zrkadlová“ molekula môže vyhladovať rakovinové bunky bez poškodenia zdravých buniek</w:t>
      </w:r>
    </w:p>
    <w:p>
      <w:r>
        <w:t>Zdroj: ScienceDaily Health</w:t>
      </w:r>
    </w:p>
    <w:p>
      <w:r>
        <w:t>Publikované: Thu, 12 Mar 2026 18:48:39 EDT</w:t>
      </w:r>
    </w:p>
    <w:p/>
    <w:p>
      <w:pPr>
        <w:pStyle w:val="Heading1"/>
      </w:pPr>
      <w:r>
        <w:t>Súhrn</w:t>
      </w:r>
    </w:p>
    <w:p>
      <w:r>
        <w:t>Vedci objavili vzácnu verziu aminokyseliny cysteínu so „zrkadlovým obrazom“, nazývanú D-cysteín, ktorá spomaľuje rast niektorých druhov rakoviny. Táto molekula je prijímaná hlavne rakovinovými bunkami prostredníctvom špecifického transportéra na ich povrchu. Zdravé bunky zostávajú do značnej miery nedotknuté. Po vstupe do rakovinových buniek D-cysteín vypne kľúčový mitochondriálny enzým. Tento enzým je potrebný na výrobu energie a udržiavanie DNA v rakovinových bunkách. Výsledkom je efektívne zastavenie ich rastu. Na rozdiel od bežných protirakovinových liečebných postupov táto molekula nepoškodzuje normálne tkanivá.</w:t>
      </w:r>
    </w:p>
    <w:p/>
    <w:p>
      <w:pPr>
        <w:jc w:val="center"/>
      </w:pPr>
      <w:r>
        <w:t>Vygenerované: 13.03.2026 00:00:34</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