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FUE na opravu neprirodzene navrhnutých alebo nízkych vlasových línií u mužov s androgenetickou alopéciou: retrospektívna, multicentrická pozorovacia štúdia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Štúdia skúmala opravu neprirodzene navrhnutých alebo nízkych vlasových línií u 20 mužov s androgenetickou alopéciou s mediánovým vekom 37,5 roka pomocou techniky FUE (exzízia folikulárnej jednotky). Zúbkovaný razník sa použil v 68,4 % prípadov so strednou veľkosťou 0,8 mm a jediný rotačný pohyb extrakčného zariadenia v 70 % prípadov. Miera celkovej a čiastočnej transekcie bola vysoká. Približne štyria z piatich pacientov nemali po 6–12 mesiacoch viditeľné zjazvenie alebo pigmentové zmeny a iba 28 % vyžadovalo druhý korekčný zásah. 95 % pacientov vyjadrilo spokojnosť alebo vysokú spokojnosť s výsledkami. FUE sa ukázala ako efektívna metóda na opravu zle navrhnutých vlasových línií, väčšinou jediným zásahom.</w:t>
      </w:r>
    </w:p>
    <w:p/>
    <w:p>
      <w:pPr>
        <w:jc w:val="center"/>
      </w:pPr>
      <w:r>
        <w:t>Vygenerované: 12.03.2026 06:05:14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