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účinnosti a bezpečnosti masáže kombinovanej s trakciou pri herniácii bedrového disku: metaanalýza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Metaanalýza systematicky vyhodnotila účinnosť a bezpečnosť masáže tuina kombinovanej s trakciou pri liečbe hernie bedrovej platničky (LDH). Komplexné vyhľadávanie prebehlo v databázach ako CNKI, Wanfang, PubMed a Web of Science od januára 2010 do decembra 2024. Zaradených bolo dvanásť štúdií. Tuina s trakciou významne zlepšila skóre JOA (OR = 4,56, 95 % CI: 2,76–6,36, p &lt; 0,00001), skóre VAS (OR = −1,47, 95 % CI: −2,55 až −0,02, p = 0,03; OR = −12,73, 95 % CI: −23,88 až −1,59, p = 0,03) a skóre lumbálnej zadnej extenzie (OR = 6,51, 95 % CI: 3,57–9,46, p &lt; 0,0001). Nebol pozorovaný významný rozdiel v skóre pohybu predklonu. Analýza citlivosti potvrdila robustnosť výsledkov, lievikové grafy naznačili potenciálne skreslenie publikácie. Kombinácia tuina s lumbálnou trakciou zlepšuje bedrovú funkciu a znižuje bolesť u pacientov s LDH.</w:t>
      </w:r>
    </w:p>
    <w:p/>
    <w:p>
      <w:pPr>
        <w:jc w:val="center"/>
      </w:pPr>
      <w:r>
        <w:t>Vygenerované: 12.03.2026 07:00:46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