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Porovnávacie účinky koncentrácií vápnika v dialyzáte 1,25 oproti 1,5 mmol/l na variabilitu krvného tlaku počas hemodialýzy: dvojcentrická retrospektívna štúdia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Retrospektívna štúdia porovnávala účinky koncentrácií vápnika v dialyzáte 1,25 mmol/l (DCa 1,25) a 1,5 mmol/l (DCa 1,5) na variabilitu krvného tlaku počas hemodialýzy u 711 pacientov v dvoch čínskych centrách. Analyzovali sa 2061 sedení hemodialýzy, pričom 473 pacientov (1425 sedení) malo DCa 1,25 a 238 pacientov (636 sedení) DCa 1,5. Variabilita systolického krvného tlaku (SBPV) bola v skupine DCa 1,25 nižšia (25,23 ± 14,55 mmHg oproti 32,42 ± 17,71 mmHg, p &lt; 0,001). Variabilita diastolického krvného tlaku bola 8,07 ± 8,07 mmHg oproti 11,56 ± 9,67 mmHg (p &lt; 0,001) a variabilita stredného arteriálneho tlaku (MAPV) 15,41 ± 9,40 mmHg oproti 18,71 ± 11,10 mmHg (p &lt; 0,001). Zmeny celkového vápnika v sére boli menšie pri DCa 1,25 [0,04 (-0,06, 0,16) mmol/l oproti 0,15 (0,04, 0,26) mmol/l, p &lt; 0,001] a pozitívne korelujú s SBPV a MAPV. V multivariačných modeloch bola DCa 1,5 nezávisle spojená s vyššou variabilitou krvného tlaku. Nižšia koncentrácia vápnika v dialyzáte minimalizuje tok vápnika a zlepšuje hemodynamickú stabilitu.</w:t>
      </w:r>
    </w:p>
    <w:p/>
    <w:p>
      <w:pPr>
        <w:jc w:val="center"/>
      </w:pPr>
      <w:r>
        <w:t>Vygenerované: 12.03.2026 07:00:57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