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Kožné lézie u pacientov liečených rastovým hormónom a pacientov s nadbytkom rastového hormónu: aktuálny prehľad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Rastový hormón (GH) je hormón vylučovaný prednou hypofýzou, ktorý v dospelosti reguluje metabolizmus a jeho syntéza je riadená hypotalamickými neuropeptidy ako GHRH a somatostatín. Rekombinantný ľudský GH sa používa na liečbu deficitu rastového hormónu, nízkeho vzrastu a katabolických stavov. Nadbytok GH spôsobuje stavy ako akromegália, gigantizmus, Carneyho komplex, McCune-Albrightov syndróm, neurofibromatóza a mnohopočetná endokrinná neoplázia typu 1. U pacientov liečených GH aj s jeho nadbytkom sa vyskytujú kožné prejavy ako zhrubnutie kože, zhrubnuté črty tváre, kožné štítky a nadmerne mastná pokožka. Tieto zmeny vznikajú priamym pôsobením GH a IGF-1 na kožné bunky, čo zvyšuje syntézu kolagénu a expanziu spojivového tkaniva. Prehľad sumarizuje kožné symptómy spojené s nadbytkom GH a nedávne zistenia o liečbe kožných lézií, vrátane výhod, vedľajších účinkov a obmedzení terapií.</w:t>
      </w:r>
    </w:p>
    <w:p/>
    <w:p>
      <w:pPr>
        <w:jc w:val="center"/>
      </w:pPr>
      <w:r>
        <w:t>Vygenerované: 12.03.2026 07:01:08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