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Rodina s X-viazanou ichtyózou identifikovaná sekundárnymi nálezmi neinvazívneho prenatálneho testovania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V rodine s X-viazanou ichtyózou (XLI) odhalilo neinvazívne prenatálne testovanie (NIPT) tehotnej ženy deléciu približne 2 Mb na Xp22.31. Táto delécia bola potvrdená chromozómovou mikročipovou analýzou a zahŕňa gén steroid sulfatázy (STS), ktorý je zodpovedný za XLI. Klinické znaky XLI sa našli aj u ďalších členov rodiny. XLI je recesívne dedičné kožné ochorenie charakterizované tmavohnedými polygonálnymi šupinami. Klinické prejavy XLI nie sú zjavné, čo sťažuje genetickú diagnostiku pacientov. Náhodné zistenia z NIPT ukazujú, že variácie počtu kópií (CNV) môžu pomôcť predpovedať patogénne CNV u plodu aj v celom genóme rodiny. Pri prenatálnom skríningu by sme mali venovať väčšiu pozornosť CNV identifikovaným pomocou NIPT.</w:t>
      </w:r>
    </w:p>
    <w:p/>
    <w:p>
      <w:pPr>
        <w:jc w:val="center"/>
      </w:pPr>
      <w:r>
        <w:t>Vygenerované: 12.03.2026 07:01:17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