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Užitočnosť krvných biomarkerov u hospitalizovaných pacientov s infekciou vírusom West Nile: prieskumná štúdia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analyzovala 30 hospitalizovaných pacientov s potvrdenou neuroinvazívnou infekciou vírusom West Nile v Taliansku, kde 17 (56,7 %) malo neurologický fenotyp a 13 (43,3 %) septický fenotyp. Medián veku bol 77 rokov a komorbidity boli medzi skupinami podobné. Oba fenotypy vykazovali systémový zápal, lymfocytopéniu a zvýšené zápalové indexy. Pacienti so septickým fenotypom mali nižší priemerný korpuskulárny hemoglobín (MCH) a nižšie percento monocytov. V multivariabilnom modeli zostala nižšia MCH nezávisle spojená so septickým prejavom (OR 0,41, 95 % CI 0,18–0,95). Rutinné hematologické parametre tak môžu pomôcť pri včasnej charakterizácii fenotypu infekcie. Na potvrdenie sú potrebné väčšie štúdie.</w:t>
      </w:r>
    </w:p>
    <w:p/>
    <w:p>
      <w:pPr>
        <w:jc w:val="center"/>
      </w:pPr>
      <w:r>
        <w:t>Vygenerované: 12.03.2026 07:01:39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